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8"/>
        </w:rPr>
        <w:t>[Dit fulde navn]</w:t>
      </w:r>
    </w:p>
    <w:p>
      <w:pPr>
        <w:spacing w:after="80"/>
      </w:pPr>
      <w:r>
        <w:rPr>
          <w:b w:val="0"/>
          <w:i w:val="0"/>
          <w:color w:val="23795A"/>
          <w:sz w:val="24"/>
        </w:rPr>
        <w:t>[Jobtitel, du søger – fx Social- og sundhedsassistent]</w:t>
      </w:r>
    </w:p>
    <w:p>
      <w:pPr>
        <w:spacing w:after="40"/>
      </w:pPr>
      <w:r>
        <w:rPr>
          <w:b w:val="0"/>
          <w:i w:val="0"/>
          <w:color w:val="6B726E"/>
          <w:sz w:val="19"/>
        </w:rPr>
        <w:t>[Telefon]  ·  [E-mail]  ·  [By]  ·  [LinkedIn – valgfrit]</w:t>
      </w:r>
    </w:p>
    <w:p>
      <w:pPr>
        <w:spacing w:after="120" w:before="280"/>
        <w:pBdr>
          <w:bottom w:val="single" w:sz="6" w:space="3" w:color="23795A"/>
        </w:pBdr>
      </w:pPr>
      <w:r>
        <w:rPr>
          <w:b/>
          <w:i w:val="0"/>
          <w:color w:val="23795A"/>
          <w:sz w:val="19"/>
        </w:rPr>
        <w:t>PROFIL</w:t>
      </w:r>
    </w:p>
    <w:p>
      <w:r>
        <w:rPr>
          <w:b w:val="0"/>
          <w:i w:val="0"/>
        </w:rPr>
        <w:t>[3–4 linjer om, hvem du er fagligt, hvad du er god til, og hvad du søger. Skriv det, så det passer til netop denne stilling. Fx: Social- og sundhedsassistent med 6 års erfaring fra hjemmeplejen. Rolig i travle situationer og god til at skabe tryghed hos borgere og pårørende. Søger en fast stilling med fokus på rehabilitering.]</w:t>
      </w:r>
    </w:p>
    <w:p>
      <w:pPr>
        <w:spacing w:after="120" w:before="280"/>
        <w:pBdr>
          <w:bottom w:val="single" w:sz="6" w:space="3" w:color="23795A"/>
        </w:pBdr>
      </w:pPr>
      <w:r>
        <w:rPr>
          <w:b/>
          <w:i w:val="0"/>
          <w:color w:val="23795A"/>
          <w:sz w:val="19"/>
        </w:rPr>
        <w:t>ERHVERVSERFARING</w:t>
      </w:r>
    </w:p>
    <w:p>
      <w:pPr>
        <w:spacing w:after="20" w:before="120"/>
      </w:pPr>
      <w:r>
        <w:rPr>
          <w:b/>
        </w:rPr>
        <w:t>[Stilling]</w:t>
      </w:r>
      <w:r>
        <w:rPr>
          <w:color w:val="6B726E"/>
        </w:rPr>
        <w:t xml:space="preserve">  ·  [Arbejdsplads, by]</w:t>
      </w:r>
    </w:p>
    <w:p>
      <w:pPr>
        <w:spacing w:after="60"/>
      </w:pPr>
      <w:r>
        <w:rPr>
          <w:b w:val="0"/>
          <w:i w:val="0"/>
          <w:color w:val="6B726E"/>
          <w:sz w:val="19"/>
        </w:rPr>
        <w:t>[mm.åååå – mm.åååå]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[Resultat eller ansvar med tal, hvis muligt – fx Ansvarlig for 12 borgere i et fast team]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[Noget, du forbedrede eller tog initiativ til]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[Faglig opgave, der matcher stillingen, du søger]</w:t>
      </w:r>
    </w:p>
    <w:p>
      <w:pPr>
        <w:spacing w:after="20" w:before="120"/>
      </w:pPr>
      <w:r>
        <w:rPr>
          <w:b/>
        </w:rPr>
        <w:t>[Stilling]</w:t>
      </w:r>
      <w:r>
        <w:rPr>
          <w:color w:val="6B726E"/>
        </w:rPr>
        <w:t xml:space="preserve">  ·  [Arbejdsplads, by]</w:t>
      </w:r>
    </w:p>
    <w:p>
      <w:pPr>
        <w:spacing w:after="60"/>
      </w:pPr>
      <w:r>
        <w:rPr>
          <w:b w:val="0"/>
          <w:i w:val="0"/>
          <w:color w:val="6B726E"/>
          <w:sz w:val="19"/>
        </w:rPr>
        <w:t>[mm.åååå – mm.åååå]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[Hovedopgave]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[Resultat eller ansvar]</w:t>
      </w:r>
    </w:p>
    <w:p>
      <w:pPr>
        <w:spacing w:after="20" w:before="120"/>
      </w:pPr>
      <w:r>
        <w:rPr>
          <w:b/>
        </w:rPr>
        <w:t>[Stilling]</w:t>
      </w:r>
      <w:r>
        <w:rPr>
          <w:color w:val="6B726E"/>
        </w:rPr>
        <w:t xml:space="preserve">  ·  [Arbejdsplads, by]</w:t>
      </w:r>
    </w:p>
    <w:p>
      <w:pPr>
        <w:spacing w:after="60"/>
      </w:pPr>
      <w:r>
        <w:rPr>
          <w:b w:val="0"/>
          <w:i w:val="0"/>
          <w:color w:val="6B726E"/>
          <w:sz w:val="19"/>
        </w:rPr>
        <w:t>[mm.åååå – mm.åååå]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[Hovedopgave]</w:t>
      </w:r>
    </w:p>
    <w:p>
      <w:pPr>
        <w:spacing w:after="120" w:before="280"/>
        <w:pBdr>
          <w:bottom w:val="single" w:sz="6" w:space="3" w:color="23795A"/>
        </w:pBdr>
      </w:pPr>
      <w:r>
        <w:rPr>
          <w:b/>
          <w:i w:val="0"/>
          <w:color w:val="23795A"/>
          <w:sz w:val="19"/>
        </w:rPr>
        <w:t>UDDANNELSE</w:t>
      </w:r>
    </w:p>
    <w:p>
      <w:pPr>
        <w:spacing w:after="20" w:before="120"/>
      </w:pPr>
      <w:r>
        <w:rPr>
          <w:b/>
        </w:rPr>
        <w:t>[Uddannelse]</w:t>
      </w:r>
      <w:r>
        <w:rPr>
          <w:color w:val="6B726E"/>
        </w:rPr>
        <w:t xml:space="preserve">  ·  [Skole, by]</w:t>
      </w:r>
    </w:p>
    <w:p>
      <w:pPr>
        <w:spacing w:after="60"/>
      </w:pPr>
      <w:r>
        <w:rPr>
          <w:b w:val="0"/>
          <w:i w:val="0"/>
          <w:color w:val="6B726E"/>
          <w:sz w:val="19"/>
        </w:rPr>
        <w:t>[åååå – åååå]</w:t>
      </w:r>
    </w:p>
    <w:p>
      <w:pPr>
        <w:spacing w:after="20" w:before="120"/>
      </w:pPr>
      <w:r>
        <w:rPr>
          <w:b/>
        </w:rPr>
        <w:t>[Kursus eller certificering]</w:t>
      </w:r>
      <w:r>
        <w:rPr>
          <w:color w:val="6B726E"/>
        </w:rPr>
        <w:t xml:space="preserve">  ·  [Udbyder]</w:t>
      </w:r>
    </w:p>
    <w:p>
      <w:pPr>
        <w:spacing w:after="60"/>
      </w:pPr>
      <w:r>
        <w:rPr>
          <w:b w:val="0"/>
          <w:i w:val="0"/>
          <w:color w:val="6B726E"/>
          <w:sz w:val="19"/>
        </w:rPr>
        <w:t>[åååå]</w:t>
      </w:r>
    </w:p>
    <w:p>
      <w:pPr>
        <w:spacing w:after="120" w:before="280"/>
        <w:pBdr>
          <w:bottom w:val="single" w:sz="6" w:space="3" w:color="23795A"/>
        </w:pBdr>
      </w:pPr>
      <w:r>
        <w:rPr>
          <w:b/>
          <w:i w:val="0"/>
          <w:color w:val="23795A"/>
          <w:sz w:val="19"/>
        </w:rPr>
        <w:t>KOMPETENCER</w:t>
      </w:r>
    </w:p>
    <w:p>
      <w:r>
        <w:rPr>
          <w:b w:val="0"/>
          <w:i w:val="0"/>
        </w:rPr>
        <w:t>[Faglige kompetencer, systemer og værktøjer – fx Cura, Excel, kørekort B, førstehjælp]</w:t>
      </w:r>
    </w:p>
    <w:p>
      <w:r>
        <w:rPr>
          <w:b w:val="0"/>
          <w:i w:val="0"/>
        </w:rPr>
        <w:t>Sprog: [Dansk – modersmål]  ·  [Engelsk – flydende]</w:t>
      </w:r>
    </w:p>
    <w:p>
      <w:pPr>
        <w:spacing w:after="120" w:before="280"/>
        <w:pBdr>
          <w:bottom w:val="single" w:sz="6" w:space="3" w:color="23795A"/>
        </w:pBdr>
      </w:pPr>
      <w:r>
        <w:rPr>
          <w:b/>
          <w:i w:val="0"/>
          <w:color w:val="23795A"/>
          <w:sz w:val="19"/>
        </w:rPr>
        <w:t>REFERENCER</w:t>
      </w:r>
    </w:p>
    <w:p>
      <w:r>
        <w:rPr>
          <w:b w:val="0"/>
          <w:i w:val="0"/>
        </w:rPr>
        <w:t xml:space="preserve">Bekræftede referencer fra mine tidligere ledere: </w:t>
      </w:r>
      <w:r>
        <w:rPr>
          <w:b/>
          <w:color w:val="23795A"/>
        </w:rPr>
        <w:t>referencepas.dk/p/[dit-link]</w:t>
      </w:r>
    </w:p>
    <w:p>
      <w:r>
        <w:rPr>
          <w:b w:val="0"/>
          <w:i w:val="0"/>
          <w:color w:val="6B726E"/>
          <w:sz w:val="19"/>
        </w:rPr>
        <w:t>Lederne har selv svaret og er bekræftet via arbejdsmail eller MitID Erhverv.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88" w:lineRule="auto"/>
    </w:pPr>
    <w:rPr>
      <w:rFonts w:ascii="Arial" w:hAnsi="Arial" w:eastAsia="Arial"/>
      <w:color w:val="262D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Referencepas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