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36"/>
        </w:rPr>
        <w:t>[Dit fulde navn]</w:t>
      </w:r>
    </w:p>
    <w:p>
      <w:pPr>
        <w:spacing w:after="280"/>
      </w:pPr>
      <w:r>
        <w:rPr>
          <w:b w:val="0"/>
          <w:i w:val="0"/>
          <w:color w:val="6B726E"/>
          <w:sz w:val="19"/>
        </w:rPr>
        <w:t>[Telefon]  ·  [E-mail]  ·  [By]</w:t>
      </w:r>
    </w:p>
    <w:p>
      <w:pPr>
        <w:spacing w:after="0"/>
      </w:pPr>
      <w:r>
        <w:rPr>
          <w:b w:val="0"/>
          <w:i w:val="0"/>
        </w:rPr>
        <w:t>[Virksomhedens navn]</w:t>
      </w:r>
    </w:p>
    <w:p>
      <w:pPr>
        <w:spacing w:after="0"/>
      </w:pPr>
      <w:r>
        <w:rPr>
          <w:b w:val="0"/>
          <w:i w:val="0"/>
        </w:rPr>
        <w:t>Att.: [Navn på den ansættende leder, hvis du kender det]</w:t>
      </w:r>
    </w:p>
    <w:p>
      <w:pPr>
        <w:spacing w:after="320"/>
      </w:pPr>
      <w:r>
        <w:rPr>
          <w:b w:val="0"/>
          <w:i w:val="0"/>
          <w:color w:val="6B726E"/>
        </w:rPr>
        <w:t>[By], [dato]</w:t>
      </w:r>
    </w:p>
    <w:p>
      <w:pPr>
        <w:spacing w:after="240"/>
      </w:pPr>
      <w:r>
        <w:rPr>
          <w:b/>
          <w:i w:val="0"/>
          <w:sz w:val="30"/>
        </w:rPr>
        <w:t>[Overskrift, der viser, hvad du kan bidrage med – fx Erfaren SOSU-assistent, der skaber ro og tryghed i hjemmeplejen]</w:t>
      </w:r>
    </w:p>
    <w:p>
      <w:pPr>
        <w:spacing w:after="160"/>
      </w:pPr>
      <w:r>
        <w:rPr>
          <w:b w:val="0"/>
          <w:i w:val="0"/>
        </w:rPr>
        <w:t>Kære [navn]</w:t>
      </w:r>
    </w:p>
    <w:p>
      <w:pPr>
        <w:spacing w:after="160"/>
      </w:pPr>
      <w:r>
        <w:rPr>
          <w:b w:val="0"/>
          <w:i w:val="0"/>
        </w:rPr>
        <w:t>[Afsnit 1 – Hvorfor netop dette job? 2–3 linjer. Vis, at du har læst opslaget, og hvad der tiltaler dig ved stillingen og arbejdspladsen.]</w:t>
      </w:r>
    </w:p>
    <w:p>
      <w:pPr>
        <w:spacing w:after="160"/>
      </w:pPr>
      <w:r>
        <w:rPr>
          <w:b w:val="0"/>
          <w:i w:val="0"/>
        </w:rPr>
        <w:t>[Afsnit 2 – Hvad kan du? Tag de 2–3 vigtigste krav fra opslaget, og giv et konkret eksempel på hvert. Skriv om resultater, ikke kun opgaver.]</w:t>
      </w:r>
    </w:p>
    <w:p>
      <w:pPr>
        <w:spacing w:after="160"/>
      </w:pPr>
      <w:r>
        <w:rPr>
          <w:b w:val="0"/>
          <w:i w:val="0"/>
        </w:rPr>
        <w:t>[Afsnit 3 – Hvem er du som kollega? 2–3 linjer om, hvordan du arbejder og samarbejder. Gerne noget, en tidligere leder ville sige om dig.]</w:t>
      </w:r>
    </w:p>
    <w:p>
      <w:pPr>
        <w:spacing w:after="160"/>
      </w:pPr>
      <w:r>
        <w:rPr>
          <w:b w:val="0"/>
          <w:i w:val="0"/>
        </w:rPr>
        <w:t xml:space="preserve">Mine tidligere ledere har bekræftet mine referencer her: </w:t>
      </w:r>
      <w:r>
        <w:rPr>
          <w:b/>
          <w:color w:val="23795A"/>
        </w:rPr>
        <w:t>referencepas.dk/p/[dit-link]</w:t>
      </w:r>
    </w:p>
    <w:p>
      <w:pPr>
        <w:spacing w:after="280"/>
      </w:pPr>
      <w:r>
        <w:rPr>
          <w:b w:val="0"/>
          <w:i w:val="0"/>
        </w:rPr>
        <w:t>[Afslutning – 1–2 linjer. Fx: Jeg fortæller gerne mere til en samtale.]</w:t>
      </w:r>
    </w:p>
    <w:p>
      <w:pPr>
        <w:spacing w:after="40"/>
      </w:pPr>
      <w:r>
        <w:rPr>
          <w:b w:val="0"/>
          <w:i w:val="0"/>
        </w:rPr>
        <w:t>Venlig hilsen</w:t>
      </w:r>
    </w:p>
    <w:p>
      <w:r>
        <w:rPr>
          <w:b/>
          <w:i w:val="0"/>
        </w:rPr>
        <w:t>[Dit fulde navn]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8" w:lineRule="auto"/>
    </w:pPr>
    <w:rPr>
      <w:rFonts w:ascii="Arial" w:hAnsi="Arial" w:eastAsia="Arial"/>
      <w:color w:val="262D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Referencepas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